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والموت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مصطفى عبد اللطيف جياووك/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