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مقدمة في النقد العربي التطبيقي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طالب محمد إسماعيل/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كنوز المعرفة/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9789957742072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النقد الأدبي/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