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روائع من قصائد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محي الدين امين/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