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الشعري عند الشعراء اللصوص في العصرين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علي الدخيلي/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9789957325459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في العصر الجاهلي/ العصر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