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غني لفتة العبودي/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9789957325541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