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حلقات التجريب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فراس الريموني/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