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الأجناس الأدبية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عز الدين المناصرة/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9789957499976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