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أحمد طاهر حافظ/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الدلالة/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