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ياقوت الحموي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أحمد محمد سليمان/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العلم والإيمان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الأدباء العرب/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