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مصادر الأدب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أحمد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