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التجريد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عيد عبد السميع الجندي/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