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اسطورة النسر في الخطاب الشعري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أيمن تعليب/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