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اللسانيات العربية : الجزء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