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Fiches de révision chilie générale et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Elise Marche/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9782100547265</w:t>
            </w:r>
          </w:p>
        </w:tc>
      </w:tr>
    </w:tbl>
    <w:p>
      <w:pPr>
        <w:pStyle w:val="Heading3"/>
      </w:pPr>
      <w:r>
        <w:t>ملخص</w:t>
      </w:r>
    </w:p>
    <w:p>
      <w:r>
        <w:t>Cet ouvrage s'adresse aux étudiants en 1re année Santé préparant les concours Médecine-Pharmacie-Dentaire-Sage femme. Il propose des fiches de révision en Chimie générale et organique. Chaque double-page correspond à un thème du programme : en page de gauche, des QCM et des exercices pour s'auto-évaluer ; en page de droite, des rappels de cours intégrant les corrigés des QCM et des exercices. L'index très complet permet au lecteur de trouver rapidement l'information qu'il recherche.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