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دليل الباحثين في المنهجية والترقيم والعدد والتوثيق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عبد الرحمن ابراهيم الشاعر/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9789957245795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منهجية البحث العلمي (م ج)/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علامات الترقيم/ أسلوب الكتابة/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