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: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Eugene Hecht/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9782804155131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