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Farewell To Arms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Ernest hemingway/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Librairie du liban paperbacks/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42034744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