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Réduction des endomorphismes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Boucetta/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9782854287813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