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Dictionnaire de la révolution algérienne (1954- 1962)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Achour cheurfi/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Casbah Editions/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0300733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