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Dictionnaire encyclopedique de l'algerie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Achour cheurfi/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1230p.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9789947213193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