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Nouveau larousse encyclopédique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Yves Garnier/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Larousse/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31*24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9782035202406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