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الشعراء الجزائريين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030341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