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الصواب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مختار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9788072326204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