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التجارب النووية الفرنسية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التجارب النووية الفرنسية/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