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الأسلاك الشائكة المكهربة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00140833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الأسلاك الشائكة/ الألغام/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