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لفظ الصبر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حنان شعيبي/ فجرية العابد/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الصبر/ المعجم الصرفي/ المعجم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