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كة اللغوية بين علماء التراث واللسانيين 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ضاوية طباع/ عواطف قنيفي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سان/ الملكة اللغوية/ ماهية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