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ألفاظ الطبيعة والكون في القرآن الكريم دراسة دلالية لغوية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عبير بوعوين/ نسيمة بوفدش/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الطبيعة/ الكون/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