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الأصوات في كتاب الخصائص لابن جني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رزيقة طورش/ دليلة قلاتي/ بن صخري الزبير(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80029111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الصوت/ الصوت اللغوي/ الظاهرة الصوتية/ صفات الحروف/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