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القصد الإبلاغي في التراث العربي مفتاح العلوم للسكاكي-أنموذجا-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ضيف/ رزيقة لعبيي/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الفصل/ القصدية/ الوصل/ الإسناد الخبري/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