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المنصوبات في ديوان إيليا أبي ماضي تذكار الماضي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سعداوي سناء/ حورية حاج مخناش/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المنصوبات/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