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الرجل في القرآن الكريم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فجرية لكنوش/ كنزة صيفون/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آليات التأويل/ فقه النص/ القواعد الأصولية/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