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أبنية الأفعال و دلالتها في سورة يوسف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سليمة كيحل/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الدلالة/ القرآن الكريم/ السياق القرآني/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