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النفسي في رواية ذاكرة الماء ل : "واسيني الأعرج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نهاد/ بوقزولة حسناء/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المفارقات الزمنية/ مفهوم الزمن/ الزمن النفسي/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