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محمود درويش بطاقة هوية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بوجزة عبد الغاني/ شوفي عبدالجليل/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الأنا و الآخر/ الأدب الفلسطيني/ الوطنية/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