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محمود درويش قصيدة الأرض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زغيلط/ فتيحة بلفار/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المجاز/ الاستعارة/ التشبيه/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