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نصيرة حيمروش/ مريم بلمهبول/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الديني/ الصورة الشعرية/ الشعر الثوري/ شعر السجون/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