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تأسيس مفهوم التوحيد , دراسة دلالية لغوية سورة الرحمن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مغلاوي/ نجاة ربوح/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