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بين النحاة واللسانيين  بين سيبويه وتشومسكي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حورية شلي/ فطيمة زنتوت/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الحذف/ النظرية اللغوية/ النظرية التوليدية/ النظرية اللغوية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