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"التبر " لإبراهيم الكوني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بوعدة/ بسمة عميرة/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