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وظيفة النواسخ من خلال الأفعال الناقصة ظن وأخواتها في سورة النساء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إلهام بوتارية/ جويدة شرافة/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النحو الوظيفي/ النواسخ  الحروف/ النواسخ الأفعال/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