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النواسخ في القرآن الكريم: سورة الشورى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حسينة بوعافية/ خولة علام/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النواسخ/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