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الصيغ المزيدة الجزء الأول من القرآن الكريم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جواب الله/ أميرة عين سوية/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الدلالة/ الفعل/ القرآن الكريم/ الاسم/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