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والحوار المسرحي في مسرحية " مصرع كليوباترا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أمال/ بونشادة نبيلة (مشرفا)/ بن سي عليوة عرجونة/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الايقاع/ المسرح الشعري/ الحوار المسرحي/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