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"الذبيح الصاعد " 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مراد بوقفة/ طارق بوكماية/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التركيبية/ البنية الدلالية/ الدراسة البنيوية/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