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الأفعال المضارعة دراسة صرفية دلالية سورة الملك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رحمة بوكماية/ نصيحة دكدوك/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 الصرفي/ علم الصرف/ الأفعال الخمسة/ الفعل المضارع/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