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المعارضات عند محمود سامي البارودي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خضراء قعسيس/ كريمة حيمر/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الغزل/ المدح/ المعارضة/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