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 " دنيا " - لمحمود طرشونة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نجار شيماء/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الحديثة/ البنية/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