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صورة المرأة في شعر الأمير عبد القادر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سماح بوشردخ/ مريم بوشوكة/ شاقور غزالة 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80042011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الصوفية/ المرأة/ الرمز/ التصوف/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