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المصطلح السردي في كتابات عبد الملك مرتاض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سليمة بارة/ جميلة بن مرزوق/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الجمالية/ المصطلح/ المصطلح السردي/ الحكي/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